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The Great Economic Depression of 1929</w:t>
      </w:r>
    </w:p>
    <w:p>
      <w:r>
        <w:rPr>
          <w:b/>
          <w:sz w:val="26"/>
        </w:rPr>
        <w:t>English</w:t>
      </w:r>
    </w:p>
    <w:p>
      <w:r>
        <w:t>The Great Economic Depression of 1929, commonly known as the Great Depression, was the most severe economic crisis of the twentieth century. It began in the United States with the Wall Street Stock Market Crash in October 1929 and gradually spread to other parts of the world. During the 1920s, excessive speculation and borrowing had caused share prices to rise rapidly. When the stock market collapsed, many banks and businesses failed, investment declined and unemployment increased. At the same time, overproduction, falling consumer demand, unequal distribution of income and declining international trade made the situation worse. Millions of people lost their jobs, incomes and savings, while poverty and homelessness increased. The Depression also caused a sharp decline in industrial and agricultural production and international trade. Governments, particularly the United States under President Franklin D. Roosevelt, introduced various measures such as the New Deal to revive the economy and provide employment. Thus, the Great Depression was a worldwide economic crisis that affected production, employment, income, trade and the standard of living during the 1930s.</w:t>
      </w:r>
    </w:p>
    <w:p>
      <w:r>
        <w:rPr>
          <w:b/>
          <w:sz w:val="26"/>
        </w:rPr>
        <w:t>অসমীয়া</w:t>
      </w:r>
    </w:p>
    <w:p>
      <w:r>
        <w:t>১৯২৯ চনৰ মহা অৰ্থনৈতিক মন্দা, যাক সাধাৰণতে মহামন্দা (Great Depression) বুলি কোৱা হয়, বিংশ শতিকাৰ আটাইতকৈ ভয়াৱহ অৰ্থনৈতিক সংকট আছিল। ইয়াৰ আৰম্ভণি আমেৰিকাত ১৯২৯ চনৰ অক্টোবৰ মাহত হোৱা ৱাল ষ্ট্ৰীট শ্বেয়াৰ বজাৰৰ পতনৰ পৰা হৈছিল আৰু পিছলৈ ই বিশ্বৰ আন দেশসমূহলৈ বিয়পি পৰিছিল। ১৯২০ৰ দশকত অত্যধিক জল্পনা-কল্পনা আৰু ঋণ লৈ শ্বেয়াৰত বিনিয়োগ কৰাৰ ফলত শ্বেয়াৰৰ মূল্য অস্বাভাৱিকভাৱে বৃদ্ধি পাইছিল। শ্বেয়াৰ বজাৰ ভাঙি পৰাৰ পিছত বহুতো বেংক আৰু ব্যৱসায়িক প্ৰতিষ্ঠান বন্ধ হৈ পৰে, বিনিয়োগ হ্ৰাস পায় আৰু নিবনুৱা বৃদ্ধি পায়। ইয়াৰ লগতে অত্যধিক উৎপাদন, গ্ৰাহকৰ চাহিদা হ্ৰাস, আয়ৰ অসম বিতৰণ আৰু আন্তঃৰাষ্ট্ৰীয় বাণিজ্যৰ পতনে পৰিস্থিতি অধিক সংকটজনক কৰি তোলে। লাখ লাখ লোকে চাকৰি, আয় আৰু সঞ্চয় হেৰুৱায় আৰু দৰিদ্ৰতা আৰু গৃহহীনতা বৃদ্ধি পায়। ঔদ্যোগিক আৰু কৃষি উৎপাদন তথা আন্তঃৰাষ্ট্ৰীয় বাণিজ্যতো ব্যাপক হ্ৰাস ঘটে। এই সংকট মোকাবিলা কৰিবলৈ বিশেষকৈ আমেৰিকাৰ ৰাষ্ট্ৰপতি ফ্ৰেংকলিন ডি. ৰুজভেল্টে New Deal নামৰ বিভিন্ন অৰ্থনৈতিক কাৰ্যসূচী গ্ৰহণ কৰে। সেয়েহে, মহা অৰ্থনৈতিক মন্দা আছিল এনে এক বিশ্বব্যাপী অৰ্থনৈতিক সংকট, যিয়ে উৎপাদন, নিয়োগ, আয়, বাণিজ্য আৰু মানুহৰ জীৱন-যাপনৰ মানদণ্ডত গভীৰ প্ৰভাৱ পেলাইছিল।</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Sans Bengali" w:hAnsi="Noto Sans Bengal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